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F0F0E" w14:textId="5BB911F4" w:rsidR="00E55EC0" w:rsidRDefault="00E55EC0" w:rsidP="00E8188C">
      <w:pPr>
        <w:spacing w:after="0"/>
        <w:rPr>
          <w:b/>
          <w:sz w:val="48"/>
          <w:szCs w:val="48"/>
        </w:rPr>
      </w:pPr>
      <w:r>
        <w:rPr>
          <w:noProof/>
          <w:sz w:val="20"/>
          <w:lang w:val="en-IN" w:eastAsia="en-IN" w:bidi="gu-IN"/>
        </w:rPr>
        <w:drawing>
          <wp:inline distT="0" distB="0" distL="0" distR="0" wp14:anchorId="4AAEDE40" wp14:editId="319119F0">
            <wp:extent cx="1352550" cy="1269365"/>
            <wp:effectExtent l="0" t="0" r="0" b="6985"/>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353097" cy="1269878"/>
                    </a:xfrm>
                    <a:prstGeom prst="rect">
                      <a:avLst/>
                    </a:prstGeom>
                  </pic:spPr>
                </pic:pic>
              </a:graphicData>
            </a:graphic>
          </wp:inline>
        </w:drawing>
      </w:r>
      <w:r>
        <w:rPr>
          <w:b/>
          <w:sz w:val="48"/>
          <w:szCs w:val="48"/>
        </w:rPr>
        <w:t xml:space="preserve">         </w:t>
      </w:r>
      <w:r>
        <w:rPr>
          <w:noProof/>
          <w:sz w:val="36"/>
          <w:szCs w:val="36"/>
          <w:lang w:val="en-IN" w:eastAsia="en-IN" w:bidi="gu-IN"/>
        </w:rPr>
        <w:drawing>
          <wp:inline distT="0" distB="0" distL="0" distR="0" wp14:anchorId="746F8095" wp14:editId="74A4C185">
            <wp:extent cx="1581150" cy="1396220"/>
            <wp:effectExtent l="0" t="0" r="0" b="0"/>
            <wp:docPr id="9" name="Picture 9" descr="C:\Users\Scientist\Desktop\gp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ientist\Desktop\gpw.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0035" cy="1430557"/>
                    </a:xfrm>
                    <a:prstGeom prst="rect">
                      <a:avLst/>
                    </a:prstGeom>
                    <a:noFill/>
                    <a:ln w="9525">
                      <a:noFill/>
                      <a:miter lim="800000"/>
                      <a:headEnd/>
                      <a:tailEnd/>
                    </a:ln>
                  </pic:spPr>
                </pic:pic>
              </a:graphicData>
            </a:graphic>
          </wp:inline>
        </w:drawing>
      </w:r>
      <w:r>
        <w:rPr>
          <w:b/>
          <w:sz w:val="48"/>
          <w:szCs w:val="48"/>
        </w:rPr>
        <w:t xml:space="preserve">    </w:t>
      </w:r>
      <w:r>
        <w:rPr>
          <w:noProof/>
          <w:position w:val="1"/>
          <w:sz w:val="20"/>
          <w:lang w:val="en-IN" w:eastAsia="en-IN" w:bidi="gu-IN"/>
        </w:rPr>
        <w:drawing>
          <wp:inline distT="0" distB="0" distL="0" distR="0" wp14:anchorId="5B2A534E" wp14:editId="01CACA21">
            <wp:extent cx="1264443" cy="1264443"/>
            <wp:effectExtent l="0" t="0" r="0" b="0"/>
            <wp:docPr id="6" name="image3.jpeg" descr="Image result for gtu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264443" cy="1264443"/>
                    </a:xfrm>
                    <a:prstGeom prst="rect">
                      <a:avLst/>
                    </a:prstGeom>
                  </pic:spPr>
                </pic:pic>
              </a:graphicData>
            </a:graphic>
          </wp:inline>
        </w:drawing>
      </w:r>
    </w:p>
    <w:p w14:paraId="5D7B5BB0" w14:textId="2EC73DEA" w:rsidR="00923864" w:rsidRPr="00923864" w:rsidRDefault="00923864" w:rsidP="00E8188C">
      <w:pPr>
        <w:spacing w:after="0"/>
        <w:jc w:val="center"/>
        <w:rPr>
          <w:b/>
          <w:sz w:val="48"/>
          <w:szCs w:val="48"/>
        </w:rPr>
      </w:pPr>
      <w:r w:rsidRPr="00923864">
        <w:rPr>
          <w:b/>
          <w:sz w:val="48"/>
          <w:szCs w:val="48"/>
        </w:rPr>
        <w:t>Government Polytechnic Waghai</w:t>
      </w:r>
    </w:p>
    <w:p w14:paraId="6D5EB95A" w14:textId="0C25EAB2" w:rsidR="00413D47" w:rsidRDefault="00923864" w:rsidP="003D59B2">
      <w:pPr>
        <w:spacing w:after="0"/>
        <w:jc w:val="center"/>
        <w:rPr>
          <w:b/>
          <w:sz w:val="32"/>
        </w:rPr>
      </w:pPr>
      <w:r>
        <w:rPr>
          <w:b/>
          <w:sz w:val="32"/>
        </w:rPr>
        <w:t xml:space="preserve">Report on </w:t>
      </w:r>
      <w:r w:rsidR="00027C48">
        <w:rPr>
          <w:b/>
          <w:sz w:val="32"/>
        </w:rPr>
        <w:t>Har Ghar Tiranga</w:t>
      </w:r>
      <w:r w:rsidR="00E8188C" w:rsidRPr="00E8188C">
        <w:rPr>
          <w:b/>
          <w:sz w:val="32"/>
        </w:rPr>
        <w:t xml:space="preserve"> </w:t>
      </w:r>
      <w:r w:rsidR="00027C48" w:rsidRPr="00E8188C">
        <w:rPr>
          <w:b/>
          <w:sz w:val="32"/>
        </w:rPr>
        <w:t>Program</w:t>
      </w:r>
    </w:p>
    <w:p w14:paraId="33874034" w14:textId="77777777" w:rsidR="00413D47" w:rsidRDefault="00413D47" w:rsidP="00E8188C">
      <w:pPr>
        <w:spacing w:after="0"/>
        <w:jc w:val="center"/>
        <w:rPr>
          <w:b/>
          <w:sz w:val="32"/>
        </w:rPr>
      </w:pPr>
    </w:p>
    <w:p w14:paraId="78D106FD" w14:textId="358B2AF1" w:rsidR="00887AC8" w:rsidRDefault="00923864" w:rsidP="00E8188C">
      <w:pPr>
        <w:spacing w:after="0"/>
        <w:jc w:val="center"/>
        <w:rPr>
          <w:b/>
          <w:sz w:val="32"/>
        </w:rPr>
      </w:pPr>
      <w:r w:rsidRPr="00E8188C">
        <w:rPr>
          <w:b/>
          <w:sz w:val="32"/>
        </w:rPr>
        <w:t xml:space="preserve">Date: </w:t>
      </w:r>
      <w:r w:rsidR="00027C48">
        <w:rPr>
          <w:b/>
          <w:sz w:val="32"/>
        </w:rPr>
        <w:t>12</w:t>
      </w:r>
      <w:r w:rsidRPr="00E8188C">
        <w:rPr>
          <w:b/>
          <w:sz w:val="32"/>
        </w:rPr>
        <w:t>/0</w:t>
      </w:r>
      <w:r w:rsidR="00E8188C">
        <w:rPr>
          <w:b/>
          <w:sz w:val="32"/>
        </w:rPr>
        <w:t>8</w:t>
      </w:r>
      <w:r w:rsidRPr="00E8188C">
        <w:rPr>
          <w:b/>
          <w:sz w:val="32"/>
        </w:rPr>
        <w:t>/2026</w:t>
      </w:r>
      <w:r w:rsidR="00027C48">
        <w:rPr>
          <w:b/>
          <w:sz w:val="32"/>
        </w:rPr>
        <w:t xml:space="preserve"> to 15/08/2026</w:t>
      </w:r>
    </w:p>
    <w:p w14:paraId="2AF7EEAB" w14:textId="77777777" w:rsidR="00E8188C" w:rsidRDefault="00E8188C" w:rsidP="00E74352">
      <w:pPr>
        <w:spacing w:after="0" w:line="240" w:lineRule="auto"/>
        <w:ind w:left="100"/>
        <w:jc w:val="both"/>
        <w:rPr>
          <w:sz w:val="24"/>
        </w:rPr>
      </w:pPr>
      <w:r>
        <w:rPr>
          <w:b/>
          <w:sz w:val="24"/>
          <w:u w:val="thick"/>
        </w:rPr>
        <w:t>NSS</w:t>
      </w:r>
      <w:r>
        <w:rPr>
          <w:b/>
          <w:spacing w:val="-1"/>
          <w:sz w:val="24"/>
          <w:u w:val="thick"/>
        </w:rPr>
        <w:t xml:space="preserve"> </w:t>
      </w:r>
      <w:r>
        <w:rPr>
          <w:b/>
          <w:sz w:val="24"/>
          <w:u w:val="thick"/>
        </w:rPr>
        <w:t>Unit</w:t>
      </w:r>
      <w:r>
        <w:rPr>
          <w:b/>
          <w:spacing w:val="-2"/>
          <w:sz w:val="24"/>
          <w:u w:val="thick"/>
        </w:rPr>
        <w:t xml:space="preserve"> </w:t>
      </w:r>
      <w:r>
        <w:rPr>
          <w:b/>
          <w:sz w:val="24"/>
          <w:u w:val="thick"/>
        </w:rPr>
        <w:t>Name/College</w:t>
      </w:r>
      <w:r>
        <w:rPr>
          <w:b/>
          <w:spacing w:val="-2"/>
          <w:sz w:val="24"/>
          <w:u w:val="thick"/>
        </w:rPr>
        <w:t xml:space="preserve"> </w:t>
      </w:r>
      <w:r>
        <w:rPr>
          <w:b/>
          <w:sz w:val="24"/>
          <w:u w:val="thick"/>
        </w:rPr>
        <w:t>Name:</w:t>
      </w:r>
      <w:r>
        <w:rPr>
          <w:b/>
          <w:spacing w:val="-1"/>
          <w:sz w:val="24"/>
          <w:u w:val="thick"/>
        </w:rPr>
        <w:t xml:space="preserve"> </w:t>
      </w:r>
      <w:r w:rsidRPr="00E8188C">
        <w:rPr>
          <w:sz w:val="24"/>
          <w:szCs w:val="24"/>
        </w:rPr>
        <w:t>GOVERNMENT POLYTECHNIC</w:t>
      </w:r>
      <w:r>
        <w:rPr>
          <w:sz w:val="24"/>
        </w:rPr>
        <w:t xml:space="preserve"> WAGHAI</w:t>
      </w:r>
    </w:p>
    <w:p w14:paraId="048BE327" w14:textId="32AD896F" w:rsidR="00E8188C" w:rsidRPr="00E8188C" w:rsidRDefault="00E8188C" w:rsidP="00E74352">
      <w:pPr>
        <w:spacing w:before="202" w:after="0" w:line="240" w:lineRule="auto"/>
        <w:ind w:left="100"/>
        <w:jc w:val="both"/>
        <w:rPr>
          <w:sz w:val="24"/>
          <w:szCs w:val="24"/>
        </w:rPr>
      </w:pPr>
      <w:r>
        <w:rPr>
          <w:b/>
          <w:sz w:val="24"/>
          <w:u w:val="thick"/>
        </w:rPr>
        <w:t>Event</w:t>
      </w:r>
      <w:r>
        <w:rPr>
          <w:b/>
          <w:spacing w:val="-1"/>
          <w:sz w:val="24"/>
          <w:u w:val="thick"/>
        </w:rPr>
        <w:t xml:space="preserve"> </w:t>
      </w:r>
      <w:r>
        <w:rPr>
          <w:b/>
          <w:sz w:val="24"/>
          <w:u w:val="thick"/>
        </w:rPr>
        <w:t>NAME:</w:t>
      </w:r>
      <w:r>
        <w:rPr>
          <w:b/>
          <w:spacing w:val="58"/>
          <w:sz w:val="24"/>
          <w:u w:val="thick"/>
        </w:rPr>
        <w:t xml:space="preserve"> </w:t>
      </w:r>
      <w:r w:rsidRPr="00BC18FE">
        <w:rPr>
          <w:sz w:val="36"/>
          <w:szCs w:val="36"/>
        </w:rPr>
        <w:t xml:space="preserve">- </w:t>
      </w:r>
      <w:r w:rsidR="00027C48">
        <w:rPr>
          <w:sz w:val="36"/>
          <w:szCs w:val="36"/>
        </w:rPr>
        <w:t>Har Ghar tiranga celebration</w:t>
      </w:r>
    </w:p>
    <w:p w14:paraId="0595F828" w14:textId="7E680626" w:rsidR="00E8188C" w:rsidRDefault="00E8188C" w:rsidP="00E74352">
      <w:pPr>
        <w:spacing w:before="199" w:after="0" w:line="240" w:lineRule="auto"/>
        <w:ind w:left="100"/>
        <w:jc w:val="both"/>
        <w:rPr>
          <w:sz w:val="24"/>
        </w:rPr>
      </w:pPr>
      <w:r>
        <w:rPr>
          <w:b/>
          <w:sz w:val="24"/>
          <w:u w:val="thick"/>
        </w:rPr>
        <w:t>Event</w:t>
      </w:r>
      <w:r>
        <w:rPr>
          <w:b/>
          <w:spacing w:val="-1"/>
          <w:sz w:val="24"/>
          <w:u w:val="thick"/>
        </w:rPr>
        <w:t xml:space="preserve"> </w:t>
      </w:r>
      <w:r>
        <w:rPr>
          <w:b/>
          <w:sz w:val="24"/>
          <w:u w:val="thick"/>
        </w:rPr>
        <w:t>Date,</w:t>
      </w:r>
      <w:r>
        <w:rPr>
          <w:b/>
          <w:spacing w:val="-1"/>
          <w:sz w:val="24"/>
          <w:u w:val="thick"/>
        </w:rPr>
        <w:t xml:space="preserve"> </w:t>
      </w:r>
      <w:r>
        <w:rPr>
          <w:b/>
          <w:sz w:val="24"/>
          <w:u w:val="thick"/>
        </w:rPr>
        <w:t>Location:</w:t>
      </w:r>
      <w:r>
        <w:rPr>
          <w:b/>
          <w:spacing w:val="-1"/>
          <w:sz w:val="24"/>
          <w:u w:val="thick"/>
        </w:rPr>
        <w:t xml:space="preserve"> </w:t>
      </w:r>
      <w:r>
        <w:rPr>
          <w:sz w:val="24"/>
        </w:rPr>
        <w:t>02/08/2026 ,Government Polytechnic waghai</w:t>
      </w:r>
    </w:p>
    <w:p w14:paraId="0CD14E9E" w14:textId="77777777" w:rsidR="00027C48" w:rsidRPr="00027C48" w:rsidRDefault="00E8188C" w:rsidP="00027C48">
      <w:pPr>
        <w:pStyle w:val="isselectedend"/>
      </w:pPr>
      <w:r>
        <w:t>Programme Highlights</w:t>
      </w:r>
      <w:r w:rsidR="00027C48" w:rsidRPr="00027C48">
        <w:t xml:space="preserve">Government Polytechnic, Waghai organized a series of activities under the </w:t>
      </w:r>
      <w:r w:rsidR="00027C48" w:rsidRPr="00027C48">
        <w:rPr>
          <w:b/>
          <w:bCs/>
        </w:rPr>
        <w:t>“Har Ghar Tiranga”</w:t>
      </w:r>
      <w:r w:rsidR="00027C48" w:rsidRPr="00027C48">
        <w:t xml:space="preserve"> campaign to celebrate the spirit of patriotism and commemorate </w:t>
      </w:r>
      <w:r w:rsidR="00027C48" w:rsidRPr="00027C48">
        <w:rPr>
          <w:b/>
          <w:bCs/>
        </w:rPr>
        <w:t>India’s Independence Day</w:t>
      </w:r>
      <w:r w:rsidR="00027C48" w:rsidRPr="00027C48">
        <w:t>.</w:t>
      </w:r>
    </w:p>
    <w:p w14:paraId="54C1B60D" w14:textId="77777777" w:rsidR="00027C48" w:rsidRPr="00027C48" w:rsidRDefault="00027C48" w:rsidP="00027C48">
      <w:pPr>
        <w:spacing w:before="100" w:beforeAutospacing="1" w:after="100" w:afterAutospacing="1" w:line="240" w:lineRule="auto"/>
        <w:rPr>
          <w:rFonts w:ascii="Times New Roman" w:eastAsia="Times New Roman" w:hAnsi="Times New Roman" w:cs="Times New Roman"/>
          <w:sz w:val="24"/>
          <w:szCs w:val="24"/>
          <w:lang w:val="en-IN" w:eastAsia="en-IN" w:bidi="gu-IN"/>
        </w:rPr>
      </w:pPr>
      <w:r w:rsidRPr="00027C48">
        <w:rPr>
          <w:rFonts w:ascii="Times New Roman" w:eastAsia="Times New Roman" w:hAnsi="Times New Roman" w:cs="Times New Roman"/>
          <w:sz w:val="24"/>
          <w:szCs w:val="24"/>
          <w:lang w:val="en-IN" w:eastAsia="en-IN" w:bidi="gu-IN"/>
        </w:rPr>
        <w:t xml:space="preserve">On </w:t>
      </w:r>
      <w:r w:rsidRPr="00027C48">
        <w:rPr>
          <w:rFonts w:ascii="Times New Roman" w:eastAsia="Times New Roman" w:hAnsi="Times New Roman" w:cs="Times New Roman"/>
          <w:b/>
          <w:bCs/>
          <w:sz w:val="24"/>
          <w:szCs w:val="24"/>
          <w:lang w:val="en-IN" w:eastAsia="en-IN" w:bidi="gu-IN"/>
        </w:rPr>
        <w:t>12 August 2026</w:t>
      </w:r>
      <w:r w:rsidRPr="00027C48">
        <w:rPr>
          <w:rFonts w:ascii="Times New Roman" w:eastAsia="Times New Roman" w:hAnsi="Times New Roman" w:cs="Times New Roman"/>
          <w:sz w:val="24"/>
          <w:szCs w:val="24"/>
          <w:lang w:val="en-IN" w:eastAsia="en-IN" w:bidi="gu-IN"/>
        </w:rPr>
        <w:t>, students and faculty members participated enthusiastically in the Har Ghar Tiranga awareness activities. Students were encouraged to display the National Flag with pride and to spread the message of national unity, patriotism and respect for the Tricolour.</w:t>
      </w:r>
    </w:p>
    <w:p w14:paraId="2671E279" w14:textId="77777777" w:rsidR="00027C48" w:rsidRPr="00027C48" w:rsidRDefault="00027C48" w:rsidP="00027C48">
      <w:pPr>
        <w:spacing w:before="100" w:beforeAutospacing="1" w:after="100" w:afterAutospacing="1" w:line="240" w:lineRule="auto"/>
        <w:rPr>
          <w:rFonts w:ascii="Times New Roman" w:eastAsia="Times New Roman" w:hAnsi="Times New Roman" w:cs="Times New Roman"/>
          <w:sz w:val="24"/>
          <w:szCs w:val="24"/>
          <w:lang w:val="en-IN" w:eastAsia="en-IN" w:bidi="gu-IN"/>
        </w:rPr>
      </w:pPr>
      <w:r w:rsidRPr="00027C48">
        <w:rPr>
          <w:rFonts w:ascii="Times New Roman" w:eastAsia="Times New Roman" w:hAnsi="Times New Roman" w:cs="Times New Roman"/>
          <w:sz w:val="24"/>
          <w:szCs w:val="24"/>
          <w:lang w:val="en-IN" w:eastAsia="en-IN" w:bidi="gu-IN"/>
        </w:rPr>
        <w:t xml:space="preserve">On </w:t>
      </w:r>
      <w:r w:rsidRPr="00027C48">
        <w:rPr>
          <w:rFonts w:ascii="Times New Roman" w:eastAsia="Times New Roman" w:hAnsi="Times New Roman" w:cs="Times New Roman"/>
          <w:b/>
          <w:bCs/>
          <w:sz w:val="24"/>
          <w:szCs w:val="24"/>
          <w:lang w:val="en-IN" w:eastAsia="en-IN" w:bidi="gu-IN"/>
        </w:rPr>
        <w:t>14 August 2026</w:t>
      </w:r>
      <w:r w:rsidRPr="00027C48">
        <w:rPr>
          <w:rFonts w:ascii="Times New Roman" w:eastAsia="Times New Roman" w:hAnsi="Times New Roman" w:cs="Times New Roman"/>
          <w:sz w:val="24"/>
          <w:szCs w:val="24"/>
          <w:lang w:val="en-IN" w:eastAsia="en-IN" w:bidi="gu-IN"/>
        </w:rPr>
        <w:t xml:space="preserve">, a special programme was organized at the institute. The students presented </w:t>
      </w:r>
      <w:r w:rsidRPr="00027C48">
        <w:rPr>
          <w:rFonts w:ascii="Times New Roman" w:eastAsia="Times New Roman" w:hAnsi="Times New Roman" w:cs="Times New Roman"/>
          <w:b/>
          <w:bCs/>
          <w:sz w:val="24"/>
          <w:szCs w:val="24"/>
          <w:lang w:val="en-IN" w:eastAsia="en-IN" w:bidi="gu-IN"/>
        </w:rPr>
        <w:t>patriotic dramas</w:t>
      </w:r>
      <w:r w:rsidRPr="00027C48">
        <w:rPr>
          <w:rFonts w:ascii="Times New Roman" w:eastAsia="Times New Roman" w:hAnsi="Times New Roman" w:cs="Times New Roman"/>
          <w:sz w:val="24"/>
          <w:szCs w:val="24"/>
          <w:lang w:val="en-IN" w:eastAsia="en-IN" w:bidi="gu-IN"/>
        </w:rPr>
        <w:t xml:space="preserve"> depicting inspiring stories of freedom fighters and national unity. The girl students presented a beautiful </w:t>
      </w:r>
      <w:r w:rsidRPr="00027C48">
        <w:rPr>
          <w:rFonts w:ascii="Times New Roman" w:eastAsia="Times New Roman" w:hAnsi="Times New Roman" w:cs="Times New Roman"/>
          <w:b/>
          <w:bCs/>
          <w:sz w:val="24"/>
          <w:szCs w:val="24"/>
          <w:lang w:val="en-IN" w:eastAsia="en-IN" w:bidi="gu-IN"/>
        </w:rPr>
        <w:t>patriotic dance</w:t>
      </w:r>
      <w:r w:rsidRPr="00027C48">
        <w:rPr>
          <w:rFonts w:ascii="Times New Roman" w:eastAsia="Times New Roman" w:hAnsi="Times New Roman" w:cs="Times New Roman"/>
          <w:sz w:val="24"/>
          <w:szCs w:val="24"/>
          <w:lang w:val="en-IN" w:eastAsia="en-IN" w:bidi="gu-IN"/>
        </w:rPr>
        <w:t xml:space="preserve">, which created an atmosphere of pride and enthusiasm among the participants. The students also prepared a </w:t>
      </w:r>
      <w:r w:rsidRPr="00027C48">
        <w:rPr>
          <w:rFonts w:ascii="Times New Roman" w:eastAsia="Times New Roman" w:hAnsi="Times New Roman" w:cs="Times New Roman"/>
          <w:b/>
          <w:bCs/>
          <w:sz w:val="24"/>
          <w:szCs w:val="24"/>
          <w:lang w:val="en-IN" w:eastAsia="en-IN" w:bidi="gu-IN"/>
        </w:rPr>
        <w:t>beautiful Rangoli based on the Tricolour and patriotic themes</w:t>
      </w:r>
      <w:r w:rsidRPr="00027C48">
        <w:rPr>
          <w:rFonts w:ascii="Times New Roman" w:eastAsia="Times New Roman" w:hAnsi="Times New Roman" w:cs="Times New Roman"/>
          <w:sz w:val="24"/>
          <w:szCs w:val="24"/>
          <w:lang w:val="en-IN" w:eastAsia="en-IN" w:bidi="gu-IN"/>
        </w:rPr>
        <w:t>, adding colour and creativity to the celebration.</w:t>
      </w:r>
    </w:p>
    <w:p w14:paraId="7A09F5F3" w14:textId="77777777" w:rsidR="00027C48" w:rsidRPr="00027C48" w:rsidRDefault="00027C48" w:rsidP="00027C48">
      <w:pPr>
        <w:spacing w:before="100" w:beforeAutospacing="1" w:after="100" w:afterAutospacing="1" w:line="240" w:lineRule="auto"/>
        <w:rPr>
          <w:rFonts w:ascii="Times New Roman" w:eastAsia="Times New Roman" w:hAnsi="Times New Roman" w:cs="Times New Roman"/>
          <w:sz w:val="24"/>
          <w:szCs w:val="24"/>
          <w:lang w:val="en-IN" w:eastAsia="en-IN" w:bidi="gu-IN"/>
        </w:rPr>
      </w:pPr>
      <w:r w:rsidRPr="00027C48">
        <w:rPr>
          <w:rFonts w:ascii="Times New Roman" w:eastAsia="Times New Roman" w:hAnsi="Times New Roman" w:cs="Times New Roman"/>
          <w:sz w:val="24"/>
          <w:szCs w:val="24"/>
          <w:lang w:val="en-IN" w:eastAsia="en-IN" w:bidi="gu-IN"/>
        </w:rPr>
        <w:t xml:space="preserve">On </w:t>
      </w:r>
      <w:r w:rsidRPr="00027C48">
        <w:rPr>
          <w:rFonts w:ascii="Times New Roman" w:eastAsia="Times New Roman" w:hAnsi="Times New Roman" w:cs="Times New Roman"/>
          <w:b/>
          <w:bCs/>
          <w:sz w:val="24"/>
          <w:szCs w:val="24"/>
          <w:lang w:val="en-IN" w:eastAsia="en-IN" w:bidi="gu-IN"/>
        </w:rPr>
        <w:t>15 August 2026</w:t>
      </w:r>
      <w:r w:rsidRPr="00027C48">
        <w:rPr>
          <w:rFonts w:ascii="Times New Roman" w:eastAsia="Times New Roman" w:hAnsi="Times New Roman" w:cs="Times New Roman"/>
          <w:sz w:val="24"/>
          <w:szCs w:val="24"/>
          <w:lang w:val="en-IN" w:eastAsia="en-IN" w:bidi="gu-IN"/>
        </w:rPr>
        <w:t xml:space="preserve">, </w:t>
      </w:r>
      <w:r w:rsidRPr="00027C48">
        <w:rPr>
          <w:rFonts w:ascii="Times New Roman" w:eastAsia="Times New Roman" w:hAnsi="Times New Roman" w:cs="Times New Roman"/>
          <w:b/>
          <w:bCs/>
          <w:sz w:val="24"/>
          <w:szCs w:val="24"/>
          <w:lang w:val="en-IN" w:eastAsia="en-IN" w:bidi="gu-IN"/>
        </w:rPr>
        <w:t>Flag Hoisting (Dhwaj Vandan)</w:t>
      </w:r>
      <w:r w:rsidRPr="00027C48">
        <w:rPr>
          <w:rFonts w:ascii="Times New Roman" w:eastAsia="Times New Roman" w:hAnsi="Times New Roman" w:cs="Times New Roman"/>
          <w:sz w:val="24"/>
          <w:szCs w:val="24"/>
          <w:lang w:val="en-IN" w:eastAsia="en-IN" w:bidi="gu-IN"/>
        </w:rPr>
        <w:t xml:space="preserve"> was organized at Government Polytechnic, Waghai. The National Flag was hoisted with due respect, followed by patriotic activities and a celebration of the spirit of independence. Students and faculty members participated enthusiastically and expressed their respect for the nation.</w:t>
      </w:r>
    </w:p>
    <w:p w14:paraId="6B2D5BBE" w14:textId="77777777" w:rsidR="00027C48" w:rsidRPr="00027C48" w:rsidRDefault="00027C48" w:rsidP="00027C48">
      <w:pPr>
        <w:spacing w:before="100" w:beforeAutospacing="1" w:after="100" w:afterAutospacing="1" w:line="240" w:lineRule="auto"/>
        <w:rPr>
          <w:rFonts w:ascii="Times New Roman" w:eastAsia="Times New Roman" w:hAnsi="Times New Roman" w:cs="Times New Roman"/>
          <w:sz w:val="24"/>
          <w:szCs w:val="24"/>
          <w:lang w:val="en-IN" w:eastAsia="en-IN" w:bidi="gu-IN"/>
        </w:rPr>
      </w:pPr>
      <w:r w:rsidRPr="00027C48">
        <w:rPr>
          <w:rFonts w:ascii="Times New Roman" w:eastAsia="Times New Roman" w:hAnsi="Times New Roman" w:cs="Times New Roman"/>
          <w:sz w:val="24"/>
          <w:szCs w:val="24"/>
          <w:lang w:val="en-IN" w:eastAsia="en-IN" w:bidi="gu-IN"/>
        </w:rPr>
        <w:t xml:space="preserve">As part of the </w:t>
      </w:r>
      <w:r w:rsidRPr="00027C48">
        <w:rPr>
          <w:rFonts w:ascii="Times New Roman" w:eastAsia="Times New Roman" w:hAnsi="Times New Roman" w:cs="Times New Roman"/>
          <w:b/>
          <w:bCs/>
          <w:sz w:val="24"/>
          <w:szCs w:val="24"/>
          <w:lang w:val="en-IN" w:eastAsia="en-IN" w:bidi="gu-IN"/>
        </w:rPr>
        <w:t>“Selfie with Tiranga”</w:t>
      </w:r>
      <w:r w:rsidRPr="00027C48">
        <w:rPr>
          <w:rFonts w:ascii="Times New Roman" w:eastAsia="Times New Roman" w:hAnsi="Times New Roman" w:cs="Times New Roman"/>
          <w:sz w:val="24"/>
          <w:szCs w:val="24"/>
          <w:lang w:val="en-IN" w:eastAsia="en-IN" w:bidi="gu-IN"/>
        </w:rPr>
        <w:t xml:space="preserve"> activity, students enthusiastically took selfies with the National Flag and shared the message of patriotism and national pride. The activity encouraged students to connect with the Har Ghar Tiranga campaign and celebrate Independence Day with a strong sense of responsibility towards the nation.</w:t>
      </w:r>
    </w:p>
    <w:p w14:paraId="46257A97" w14:textId="77777777" w:rsidR="00027C48" w:rsidRPr="00027C48" w:rsidRDefault="00027C48" w:rsidP="00027C48">
      <w:pPr>
        <w:spacing w:before="100" w:beforeAutospacing="1" w:after="100" w:afterAutospacing="1" w:line="240" w:lineRule="auto"/>
        <w:rPr>
          <w:rFonts w:ascii="Times New Roman" w:eastAsia="Times New Roman" w:hAnsi="Times New Roman" w:cs="Times New Roman"/>
          <w:sz w:val="24"/>
          <w:szCs w:val="24"/>
          <w:lang w:val="en-IN" w:eastAsia="en-IN" w:bidi="gu-IN"/>
        </w:rPr>
      </w:pPr>
      <w:r w:rsidRPr="00027C48">
        <w:rPr>
          <w:rFonts w:ascii="Times New Roman" w:eastAsia="Times New Roman" w:hAnsi="Times New Roman" w:cs="Times New Roman"/>
          <w:sz w:val="24"/>
          <w:szCs w:val="24"/>
          <w:lang w:val="en-IN" w:eastAsia="en-IN" w:bidi="gu-IN"/>
        </w:rPr>
        <w:t xml:space="preserve">The entire programme was conducted successfully with active participation from students and faculty members. The activities promoted </w:t>
      </w:r>
      <w:r w:rsidRPr="00027C48">
        <w:rPr>
          <w:rFonts w:ascii="Times New Roman" w:eastAsia="Times New Roman" w:hAnsi="Times New Roman" w:cs="Times New Roman"/>
          <w:b/>
          <w:bCs/>
          <w:sz w:val="24"/>
          <w:szCs w:val="24"/>
          <w:lang w:val="en-IN" w:eastAsia="en-IN" w:bidi="gu-IN"/>
        </w:rPr>
        <w:t>patriotism, national unity, creativity, discipline and respect for the National Flag</w:t>
      </w:r>
      <w:r w:rsidRPr="00027C48">
        <w:rPr>
          <w:rFonts w:ascii="Times New Roman" w:eastAsia="Times New Roman" w:hAnsi="Times New Roman" w:cs="Times New Roman"/>
          <w:sz w:val="24"/>
          <w:szCs w:val="24"/>
          <w:lang w:val="en-IN" w:eastAsia="en-IN" w:bidi="gu-IN"/>
        </w:rPr>
        <w:t xml:space="preserve"> among the students.</w:t>
      </w:r>
    </w:p>
    <w:p w14:paraId="2414C7BD" w14:textId="26DCC25B" w:rsidR="00E8188C" w:rsidRDefault="00E8188C" w:rsidP="00E74352">
      <w:pPr>
        <w:pStyle w:val="Heading2"/>
        <w:spacing w:line="240" w:lineRule="auto"/>
      </w:pPr>
    </w:p>
    <w:p w14:paraId="1792BBBB" w14:textId="79BDCB40" w:rsidR="00027C48" w:rsidRDefault="00027C48" w:rsidP="00E74352">
      <w:pPr>
        <w:pStyle w:val="Heading2"/>
        <w:spacing w:line="240" w:lineRule="auto"/>
      </w:pPr>
    </w:p>
    <w:p w14:paraId="012B54A8" w14:textId="77777777" w:rsidR="009B721C" w:rsidRPr="009B721C" w:rsidRDefault="009B721C" w:rsidP="009B721C"/>
    <w:p w14:paraId="27A63D43" w14:textId="43A12199" w:rsidR="00E8188C" w:rsidRDefault="00E8188C" w:rsidP="00E74352">
      <w:pPr>
        <w:pStyle w:val="Heading2"/>
        <w:spacing w:line="240" w:lineRule="auto"/>
      </w:pPr>
      <w:r>
        <w:lastRenderedPageBreak/>
        <w:t>Outcomes</w:t>
      </w:r>
    </w:p>
    <w:p w14:paraId="6270E668" w14:textId="77777777" w:rsidR="00027C48" w:rsidRPr="00027C48" w:rsidRDefault="00027C48" w:rsidP="00027C48">
      <w:pPr>
        <w:spacing w:after="0" w:line="240" w:lineRule="auto"/>
        <w:rPr>
          <w:rFonts w:ascii="Times New Roman" w:eastAsia="Times New Roman" w:hAnsi="Times New Roman" w:cs="Times New Roman"/>
          <w:sz w:val="24"/>
          <w:szCs w:val="24"/>
          <w:lang w:val="en-IN" w:eastAsia="en-IN" w:bidi="gu-IN"/>
        </w:rPr>
      </w:pPr>
      <w:r w:rsidRPr="00027C48">
        <w:rPr>
          <w:rFonts w:ascii="Times New Roman" w:eastAsia="Times New Roman" w:hAnsi="Symbol" w:cs="Times New Roman"/>
          <w:sz w:val="24"/>
          <w:szCs w:val="24"/>
          <w:lang w:val="en-IN" w:eastAsia="en-IN" w:bidi="gu-IN"/>
        </w:rPr>
        <w:t></w:t>
      </w:r>
      <w:r w:rsidRPr="00027C48">
        <w:rPr>
          <w:rFonts w:ascii="Times New Roman" w:eastAsia="Times New Roman" w:hAnsi="Times New Roman" w:cs="Times New Roman"/>
          <w:sz w:val="24"/>
          <w:szCs w:val="24"/>
          <w:lang w:val="en-IN" w:eastAsia="en-IN" w:bidi="gu-IN"/>
        </w:rPr>
        <w:t xml:space="preserve">  </w:t>
      </w:r>
      <w:r w:rsidRPr="00027C48">
        <w:rPr>
          <w:rFonts w:ascii="Times New Roman" w:eastAsia="Times New Roman" w:hAnsi="Times New Roman" w:cs="Times New Roman"/>
          <w:b/>
          <w:bCs/>
          <w:sz w:val="24"/>
          <w:szCs w:val="24"/>
          <w:lang w:val="en-IN" w:eastAsia="en-IN" w:bidi="gu-IN"/>
        </w:rPr>
        <w:t>Enhanced patriotism and national pride</w:t>
      </w:r>
      <w:r w:rsidRPr="00027C48">
        <w:rPr>
          <w:rFonts w:ascii="Times New Roman" w:eastAsia="Times New Roman" w:hAnsi="Times New Roman" w:cs="Times New Roman"/>
          <w:sz w:val="24"/>
          <w:szCs w:val="24"/>
          <w:lang w:val="en-IN" w:eastAsia="en-IN" w:bidi="gu-IN"/>
        </w:rPr>
        <w:t xml:space="preserve"> among students and faculty members.</w:t>
      </w:r>
    </w:p>
    <w:p w14:paraId="6CF9F13A" w14:textId="537E8543" w:rsidR="00B501EE" w:rsidRPr="00B501EE" w:rsidRDefault="00027C48" w:rsidP="00B501EE">
      <w:pPr>
        <w:spacing w:after="0" w:line="240" w:lineRule="auto"/>
        <w:rPr>
          <w:rFonts w:ascii="Times New Roman" w:eastAsia="Times New Roman" w:hAnsi="Times New Roman" w:cs="Times New Roman"/>
          <w:sz w:val="24"/>
          <w:szCs w:val="24"/>
          <w:lang w:val="en-IN" w:eastAsia="en-IN" w:bidi="gu-IN"/>
        </w:rPr>
      </w:pPr>
      <w:r w:rsidRPr="00027C48">
        <w:rPr>
          <w:rFonts w:ascii="Times New Roman" w:eastAsia="Times New Roman" w:hAnsi="Symbol" w:cs="Times New Roman"/>
          <w:sz w:val="24"/>
          <w:szCs w:val="24"/>
          <w:lang w:val="en-IN" w:eastAsia="en-IN" w:bidi="gu-IN"/>
        </w:rPr>
        <w:t></w:t>
      </w:r>
      <w:r w:rsidRPr="00027C48">
        <w:rPr>
          <w:rFonts w:ascii="Times New Roman" w:eastAsia="Times New Roman" w:hAnsi="Times New Roman" w:cs="Times New Roman"/>
          <w:sz w:val="24"/>
          <w:szCs w:val="24"/>
          <w:lang w:val="en-IN" w:eastAsia="en-IN" w:bidi="gu-IN"/>
        </w:rPr>
        <w:t xml:space="preserve">  Created awareness about the </w:t>
      </w:r>
      <w:r w:rsidRPr="00027C48">
        <w:rPr>
          <w:rFonts w:ascii="Times New Roman" w:eastAsia="Times New Roman" w:hAnsi="Times New Roman" w:cs="Times New Roman"/>
          <w:b/>
          <w:bCs/>
          <w:sz w:val="24"/>
          <w:szCs w:val="24"/>
          <w:lang w:val="en-IN" w:eastAsia="en-IN" w:bidi="gu-IN"/>
        </w:rPr>
        <w:t>importance and honour of the National Flag</w:t>
      </w:r>
      <w:r w:rsidRPr="00027C48">
        <w:rPr>
          <w:rFonts w:ascii="Times New Roman" w:eastAsia="Times New Roman" w:hAnsi="Times New Roman" w:cs="Times New Roman"/>
          <w:sz w:val="24"/>
          <w:szCs w:val="24"/>
          <w:lang w:val="en-IN" w:eastAsia="en-IN" w:bidi="gu-IN"/>
        </w:rPr>
        <w:t>.</w:t>
      </w:r>
    </w:p>
    <w:tbl>
      <w:tblPr>
        <w:tblStyle w:val="TableGrid"/>
        <w:tblW w:w="0" w:type="auto"/>
        <w:tblLook w:val="04A0" w:firstRow="1" w:lastRow="0" w:firstColumn="1" w:lastColumn="0" w:noHBand="0" w:noVBand="1"/>
      </w:tblPr>
      <w:tblGrid>
        <w:gridCol w:w="4055"/>
        <w:gridCol w:w="4575"/>
      </w:tblGrid>
      <w:tr w:rsidR="00B501EE" w14:paraId="1BB029A8" w14:textId="77777777" w:rsidTr="00027C48">
        <w:tc>
          <w:tcPr>
            <w:tcW w:w="4406" w:type="dxa"/>
          </w:tcPr>
          <w:p w14:paraId="3166D672" w14:textId="513DA217" w:rsidR="00027C48" w:rsidRDefault="00027C48" w:rsidP="00E8188C"/>
          <w:p w14:paraId="7BEDEA4C" w14:textId="6845B23A" w:rsidR="00027C48" w:rsidRDefault="009B721C" w:rsidP="00E8188C">
            <w:r>
              <w:rPr>
                <w:noProof/>
              </w:rPr>
              <w:drawing>
                <wp:inline distT="0" distB="0" distL="0" distR="0" wp14:anchorId="3300BDE7" wp14:editId="501E60D1">
                  <wp:extent cx="2528270" cy="2149813"/>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2567436" cy="2183116"/>
                          </a:xfrm>
                          <a:prstGeom prst="rect">
                            <a:avLst/>
                          </a:prstGeom>
                        </pic:spPr>
                      </pic:pic>
                    </a:graphicData>
                  </a:graphic>
                </wp:inline>
              </w:drawing>
            </w:r>
          </w:p>
        </w:tc>
        <w:tc>
          <w:tcPr>
            <w:tcW w:w="4224" w:type="dxa"/>
          </w:tcPr>
          <w:p w14:paraId="71426882" w14:textId="072BF631" w:rsidR="00F95183" w:rsidRDefault="009B721C" w:rsidP="00E8188C">
            <w:r>
              <w:rPr>
                <w:noProof/>
              </w:rPr>
              <w:drawing>
                <wp:inline distT="0" distB="0" distL="0" distR="0" wp14:anchorId="3C9057D2" wp14:editId="59895732">
                  <wp:extent cx="2859931" cy="24989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stretch>
                            <a:fillRect/>
                          </a:stretch>
                        </pic:blipFill>
                        <pic:spPr>
                          <a:xfrm>
                            <a:off x="0" y="0"/>
                            <a:ext cx="2901734" cy="2535483"/>
                          </a:xfrm>
                          <a:prstGeom prst="rect">
                            <a:avLst/>
                          </a:prstGeom>
                        </pic:spPr>
                      </pic:pic>
                    </a:graphicData>
                  </a:graphic>
                </wp:inline>
              </w:drawing>
            </w:r>
          </w:p>
        </w:tc>
      </w:tr>
      <w:tr w:rsidR="00B501EE" w14:paraId="5DC71645" w14:textId="77777777" w:rsidTr="00027C48">
        <w:tc>
          <w:tcPr>
            <w:tcW w:w="4406" w:type="dxa"/>
          </w:tcPr>
          <w:p w14:paraId="0A905A32" w14:textId="1ECADAD7" w:rsidR="00027C48" w:rsidRDefault="00985FB1" w:rsidP="00E8188C">
            <w:r>
              <w:t xml:space="preserve">  </w:t>
            </w:r>
          </w:p>
          <w:p w14:paraId="418C7224" w14:textId="4BA7626A" w:rsidR="00985FB1" w:rsidRDefault="009B721C" w:rsidP="00E8188C">
            <w:r>
              <w:rPr>
                <w:noProof/>
              </w:rPr>
              <w:drawing>
                <wp:inline distT="0" distB="0" distL="0" distR="0" wp14:anchorId="36F46C12" wp14:editId="7AFA10A5">
                  <wp:extent cx="2441277" cy="2033081"/>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2453175" cy="2042989"/>
                          </a:xfrm>
                          <a:prstGeom prst="rect">
                            <a:avLst/>
                          </a:prstGeom>
                        </pic:spPr>
                      </pic:pic>
                    </a:graphicData>
                  </a:graphic>
                </wp:inline>
              </w:drawing>
            </w:r>
          </w:p>
        </w:tc>
        <w:tc>
          <w:tcPr>
            <w:tcW w:w="4224" w:type="dxa"/>
          </w:tcPr>
          <w:p w14:paraId="4403B86D" w14:textId="3CCFA051" w:rsidR="00985FB1" w:rsidRDefault="009B721C" w:rsidP="00E8188C">
            <w:pPr>
              <w:rPr>
                <w:noProof/>
              </w:rPr>
            </w:pPr>
            <w:r>
              <w:rPr>
                <w:noProof/>
              </w:rPr>
              <w:drawing>
                <wp:anchor distT="0" distB="0" distL="114300" distR="114300" simplePos="0" relativeHeight="251658240" behindDoc="1" locked="0" layoutInCell="1" allowOverlap="1" wp14:anchorId="04461B9F" wp14:editId="5EF38CE3">
                  <wp:simplePos x="0" y="0"/>
                  <wp:positionH relativeFrom="column">
                    <wp:posOffset>-62230</wp:posOffset>
                  </wp:positionH>
                  <wp:positionV relativeFrom="paragraph">
                    <wp:posOffset>0</wp:posOffset>
                  </wp:positionV>
                  <wp:extent cx="2791460" cy="2139950"/>
                  <wp:effectExtent l="0" t="0" r="8890" b="0"/>
                  <wp:wrapTight wrapText="bothSides">
                    <wp:wrapPolygon edited="0">
                      <wp:start x="0" y="0"/>
                      <wp:lineTo x="0" y="21344"/>
                      <wp:lineTo x="21521" y="21344"/>
                      <wp:lineTo x="2152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stretch>
                            <a:fillRect/>
                          </a:stretch>
                        </pic:blipFill>
                        <pic:spPr>
                          <a:xfrm>
                            <a:off x="0" y="0"/>
                            <a:ext cx="2791460" cy="2139950"/>
                          </a:xfrm>
                          <a:prstGeom prst="rect">
                            <a:avLst/>
                          </a:prstGeom>
                        </pic:spPr>
                      </pic:pic>
                    </a:graphicData>
                  </a:graphic>
                  <wp14:sizeRelH relativeFrom="margin">
                    <wp14:pctWidth>0</wp14:pctWidth>
                  </wp14:sizeRelH>
                  <wp14:sizeRelV relativeFrom="margin">
                    <wp14:pctHeight>0</wp14:pctHeight>
                  </wp14:sizeRelV>
                </wp:anchor>
              </w:drawing>
            </w:r>
          </w:p>
        </w:tc>
      </w:tr>
      <w:tr w:rsidR="00B501EE" w14:paraId="4D86ED5F" w14:textId="77777777" w:rsidTr="00027C48">
        <w:tc>
          <w:tcPr>
            <w:tcW w:w="4406" w:type="dxa"/>
          </w:tcPr>
          <w:p w14:paraId="05548675" w14:textId="765B74FD" w:rsidR="009B721C" w:rsidRDefault="009B721C" w:rsidP="00E8188C"/>
          <w:p w14:paraId="75AC9ADB" w14:textId="2A2784E2" w:rsidR="009B721C" w:rsidRDefault="009B721C" w:rsidP="00E8188C">
            <w:r>
              <w:rPr>
                <w:noProof/>
              </w:rPr>
              <w:drawing>
                <wp:inline distT="0" distB="0" distL="0" distR="0" wp14:anchorId="0E8A29C0" wp14:editId="5B4DDDEA">
                  <wp:extent cx="2256790" cy="245137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stretch>
                            <a:fillRect/>
                          </a:stretch>
                        </pic:blipFill>
                        <pic:spPr>
                          <a:xfrm>
                            <a:off x="0" y="0"/>
                            <a:ext cx="2264077" cy="2459285"/>
                          </a:xfrm>
                          <a:prstGeom prst="rect">
                            <a:avLst/>
                          </a:prstGeom>
                        </pic:spPr>
                      </pic:pic>
                    </a:graphicData>
                  </a:graphic>
                </wp:inline>
              </w:drawing>
            </w:r>
          </w:p>
          <w:p w14:paraId="263788DF" w14:textId="7AFDCCF4" w:rsidR="009B721C" w:rsidRDefault="009B721C" w:rsidP="00E8188C"/>
        </w:tc>
        <w:tc>
          <w:tcPr>
            <w:tcW w:w="4224" w:type="dxa"/>
          </w:tcPr>
          <w:p w14:paraId="3B8A8E6E" w14:textId="29ABE6CC" w:rsidR="009B721C" w:rsidRDefault="00B501EE" w:rsidP="00E8188C">
            <w:pPr>
              <w:rPr>
                <w:noProof/>
              </w:rPr>
            </w:pPr>
            <w:r>
              <w:rPr>
                <w:noProof/>
              </w:rPr>
              <w:drawing>
                <wp:anchor distT="0" distB="0" distL="114300" distR="114300" simplePos="0" relativeHeight="251659264" behindDoc="1" locked="0" layoutInCell="1" allowOverlap="1" wp14:anchorId="42C1E2DF" wp14:editId="616DFC8D">
                  <wp:simplePos x="0" y="0"/>
                  <wp:positionH relativeFrom="column">
                    <wp:posOffset>-42599</wp:posOffset>
                  </wp:positionH>
                  <wp:positionV relativeFrom="paragraph">
                    <wp:posOffset>500</wp:posOffset>
                  </wp:positionV>
                  <wp:extent cx="2869660" cy="2464435"/>
                  <wp:effectExtent l="0" t="0" r="6985" b="0"/>
                  <wp:wrapTight wrapText="bothSides">
                    <wp:wrapPolygon edited="0">
                      <wp:start x="0" y="0"/>
                      <wp:lineTo x="0" y="21372"/>
                      <wp:lineTo x="21509" y="21372"/>
                      <wp:lineTo x="2150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stretch>
                            <a:fillRect/>
                          </a:stretch>
                        </pic:blipFill>
                        <pic:spPr>
                          <a:xfrm>
                            <a:off x="0" y="0"/>
                            <a:ext cx="2869660" cy="2464435"/>
                          </a:xfrm>
                          <a:prstGeom prst="rect">
                            <a:avLst/>
                          </a:prstGeom>
                        </pic:spPr>
                      </pic:pic>
                    </a:graphicData>
                  </a:graphic>
                  <wp14:sizeRelH relativeFrom="margin">
                    <wp14:pctWidth>0</wp14:pctWidth>
                  </wp14:sizeRelH>
                </wp:anchor>
              </w:drawing>
            </w:r>
          </w:p>
        </w:tc>
      </w:tr>
    </w:tbl>
    <w:p w14:paraId="13C09176" w14:textId="2120F2E8" w:rsidR="00F95183" w:rsidRDefault="00F95183" w:rsidP="00E8188C">
      <w:pPr>
        <w:spacing w:after="0"/>
      </w:pPr>
    </w:p>
    <w:p w14:paraId="08138461" w14:textId="77777777" w:rsidR="00985FB1" w:rsidRDefault="00985FB1" w:rsidP="00E8188C">
      <w:pPr>
        <w:spacing w:after="0"/>
      </w:pPr>
    </w:p>
    <w:sectPr w:rsidR="00985FB1" w:rsidSect="009B721C">
      <w:pgSz w:w="12240" w:h="15840"/>
      <w:pgMar w:top="1" w:right="1800" w:bottom="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altName w:val="Shruti"/>
    <w:panose1 w:val="02000500000000000000"/>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6A297F"/>
    <w:multiLevelType w:val="multilevel"/>
    <w:tmpl w:val="5060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7F7B9C"/>
    <w:multiLevelType w:val="multilevel"/>
    <w:tmpl w:val="E1CC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D94735"/>
    <w:multiLevelType w:val="multilevel"/>
    <w:tmpl w:val="DD1A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C48"/>
    <w:rsid w:val="00034616"/>
    <w:rsid w:val="0006063C"/>
    <w:rsid w:val="000836DF"/>
    <w:rsid w:val="0015074B"/>
    <w:rsid w:val="0029639D"/>
    <w:rsid w:val="00326F90"/>
    <w:rsid w:val="003D59B2"/>
    <w:rsid w:val="00413D47"/>
    <w:rsid w:val="00424B79"/>
    <w:rsid w:val="004C18FB"/>
    <w:rsid w:val="00887AC8"/>
    <w:rsid w:val="00923864"/>
    <w:rsid w:val="00985FB1"/>
    <w:rsid w:val="009B721C"/>
    <w:rsid w:val="00AA1D8D"/>
    <w:rsid w:val="00B47730"/>
    <w:rsid w:val="00B501EE"/>
    <w:rsid w:val="00C912D5"/>
    <w:rsid w:val="00CB0664"/>
    <w:rsid w:val="00E55EC0"/>
    <w:rsid w:val="00E74352"/>
    <w:rsid w:val="00E8188C"/>
    <w:rsid w:val="00F423B8"/>
    <w:rsid w:val="00F951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gu-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7D4A5A"/>
  <w14:defaultImageDpi w14:val="300"/>
  <w15:docId w15:val="{7AA2679C-20EB-4F19-99FD-92B93BF9E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E8188C"/>
    <w:pPr>
      <w:spacing w:before="100" w:beforeAutospacing="1" w:after="100" w:afterAutospacing="1" w:line="240" w:lineRule="auto"/>
    </w:pPr>
    <w:rPr>
      <w:rFonts w:ascii="Times New Roman" w:eastAsia="Times New Roman" w:hAnsi="Times New Roman" w:cs="Times New Roman"/>
      <w:sz w:val="24"/>
      <w:szCs w:val="24"/>
      <w:lang w:val="en-IN" w:eastAsia="en-IN" w:bidi="gu-IN"/>
    </w:rPr>
  </w:style>
  <w:style w:type="paragraph" w:styleId="NormalWeb">
    <w:name w:val="Normal (Web)"/>
    <w:basedOn w:val="Normal"/>
    <w:uiPriority w:val="99"/>
    <w:semiHidden/>
    <w:unhideWhenUsed/>
    <w:rsid w:val="00027C48"/>
    <w:pPr>
      <w:spacing w:before="100" w:beforeAutospacing="1" w:after="100" w:afterAutospacing="1" w:line="240" w:lineRule="auto"/>
    </w:pPr>
    <w:rPr>
      <w:rFonts w:ascii="Times New Roman" w:eastAsia="Times New Roman" w:hAnsi="Times New Roman" w:cs="Times New Roman"/>
      <w:sz w:val="24"/>
      <w:szCs w:val="24"/>
      <w:lang w:val="en-IN"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455373">
      <w:bodyDiv w:val="1"/>
      <w:marLeft w:val="0"/>
      <w:marRight w:val="0"/>
      <w:marTop w:val="0"/>
      <w:marBottom w:val="0"/>
      <w:divBdr>
        <w:top w:val="none" w:sz="0" w:space="0" w:color="auto"/>
        <w:left w:val="none" w:sz="0" w:space="0" w:color="auto"/>
        <w:bottom w:val="none" w:sz="0" w:space="0" w:color="auto"/>
        <w:right w:val="none" w:sz="0" w:space="0" w:color="auto"/>
      </w:divBdr>
    </w:div>
    <w:div w:id="1060594212">
      <w:bodyDiv w:val="1"/>
      <w:marLeft w:val="0"/>
      <w:marRight w:val="0"/>
      <w:marTop w:val="0"/>
      <w:marBottom w:val="0"/>
      <w:divBdr>
        <w:top w:val="none" w:sz="0" w:space="0" w:color="auto"/>
        <w:left w:val="none" w:sz="0" w:space="0" w:color="auto"/>
        <w:bottom w:val="none" w:sz="0" w:space="0" w:color="auto"/>
        <w:right w:val="none" w:sz="0" w:space="0" w:color="auto"/>
      </w:divBdr>
    </w:div>
    <w:div w:id="1115559514">
      <w:bodyDiv w:val="1"/>
      <w:marLeft w:val="0"/>
      <w:marRight w:val="0"/>
      <w:marTop w:val="0"/>
      <w:marBottom w:val="0"/>
      <w:divBdr>
        <w:top w:val="none" w:sz="0" w:space="0" w:color="auto"/>
        <w:left w:val="none" w:sz="0" w:space="0" w:color="auto"/>
        <w:bottom w:val="none" w:sz="0" w:space="0" w:color="auto"/>
        <w:right w:val="none" w:sz="0" w:space="0" w:color="auto"/>
      </w:divBdr>
    </w:div>
    <w:div w:id="15018459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mallika patel</cp:lastModifiedBy>
  <cp:revision>16</cp:revision>
  <cp:lastPrinted>2026-08-10T08:54:00Z</cp:lastPrinted>
  <dcterms:created xsi:type="dcterms:W3CDTF">2026-05-07T09:07:00Z</dcterms:created>
  <dcterms:modified xsi:type="dcterms:W3CDTF">2026-08-19T08:45:00Z</dcterms:modified>
  <cp:category/>
</cp:coreProperties>
</file>